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המיתולוגיה היוונית ואת תפקידי המיתוס בתרבות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הרקע הגאוגרפי-היסטורי של יוון העתיקה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האולימפיים, הסיפורים המרכזיים והמטמורפוזות שבהם ואת המסרים שהם מעבירים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המיתוסים לביטויים עבריים נפוצים ולהשתמש בהם נכון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מיתולוגיה ומאיפה היא מגיעה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 ולהעביר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הסיודוס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מיתולוגיה ומאיפה היא מגיעה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מיתוסים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מונותיאיזם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מיתולוגיה ומאיפה היא מגיעה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הסיפורים עברו מפה לאוזן במשך דורות רבים לפני שנכתבו, ולכן השתנו מעט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יוון העתיקה: הארץ, הפוליס, ספרטה ואתונה – היכרות עם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הררי, עם מעט אדמה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הים היה קרוב כמעט לכל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יוון העתיקה: הארץ, הפוליס, ספרטה ואתונה – עובדות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הררי, ורק מעט אדמה הייתה מתאימה לחקלאות.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היו הגידולים המרכזיים – לשמן, יין ולחם.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יוון העתיקה: הארץ, הפוליס, ספרטה ואתונה – השלמות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יוון העתיקה: הארץ, הפוליס, ספרטה ואתונה – השוואת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(אתונה)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בריאת העולם והאלים: מכאוס לאולימפוס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כאוס – חלל ריק וחשוך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האדמה, אם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קרונוס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בריאת העולם והאלים: מכאוס לאולימפוס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בריאת העולם והאלים: מכאוס לאולימפוס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(שלט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(שלט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(שלט בעולם התחתון)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(נושא את השמים בעונש)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שנים עשר האלים האולימפיים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השמים, הברק והרעם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שנים עשר האלים האולימפיים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של פוסידון ביחידה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שנים עשר האלים האולימפיים – התאמת שמות יווניים לרומיים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(מינרווה)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שנים עשר האלים האולימפיים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פוסידון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סיפורים ומטמורפוזות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לדבר ולפטפט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סיפורים ומטמורפוזות – התאמת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(הפך לפרח לבן־צהוב ליד המעיין)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(נשאר ממנה רק קול –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(הפכה לעכביש שאורג לנצח)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(שמו ניתן לים שבו צנח)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סיפורים ומטמורפוזות – הבנה, מסר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מילים וביטויים מהמיתולוגיה בעברית ובחיי היומיום – מניין הגיעו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נרקיס שהתאהב בבבואתו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התורפה, המקום החלש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האל פאן שהבהיל עוברי אורח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הגדרה ברורה של מיתוס ושני תפקידים שונים מתוך השלושה (הסבר טבע, ערכים, ליכוד)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התאמה נכונה בין אל לתחום ולסמל, כולל קשר משפחתי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את מקור הביטוי במיתוס ונותנת דוגמה הגיונית מהחיים, לא רק הגדרה יבשה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 1-2 במפגש אחד, פרק 3-4 בשני, פרק 5-6 בשלישי, עם משחק סיכום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האלים כעזר קבוע בזמן התרגול בפרק 4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יצירתית - סוף אחר לאחד הסיפורים, או ביטוי עברי חדש שהיו ממציאים ממיתוס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והקראה הדדית של הסיפורים בפרק 5 לפני מילוי שאלות הניתוח, כדי לחזק הבנה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שהולכים יחד עם אתר המיתולוגיה היוונית - התחילו מהפרק הראשון והתקדמו בסדר. בכל פרק יש שאלות הבנה, משימות התאמה וכתיבה קצרה. אחרי כל פרק אפשר לבדוק את עצמכם מול מפתח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דרך האמצע  ·  ספרטה  ·  ארטמיס  ·  פוסידון  ·  אש  ·  אגורה  ·  מונותיאיזם  ·  מיתוסים  ·  שמים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מיתולוגיה ומאיפה היא מגיעה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עתיק שמנסה להסביר את העולם ולהעביר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שירי גבורה ארוכים בשם ״האיליאדה״ ו״האודיסיאה״?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משורר כתב על בריאת העולם ומשפחת האלים בספר ״תולדות האלים״?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אובידיוס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מיתולוגיה ומאיפה היא מגיעה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מיתולוגיה פירושה אוסף כל ה__________ של עם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היהדות מאמינה באל אחד, ולכן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מיתולוגיה ומאיפה היא מגיעה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לאותו מיתוס יש כמה גרסאות שונות? הסבירו בשתיים-שלוש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יוון העתיקה: הארץ, הפוליס, ספרטה ואתונה – היכרות עם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אפשר לתאר את רוב שטחה של 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מישורי וביצתי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הררי, עם מעט אדמה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הפכו היוונים לספנים, דייגים וסוחרים?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לא היו הרים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הים היה קרוב כמעט לכל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אסור היה לגדל 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יוון העתיקה: הארץ, הפוליס, ספרטה ואתונה – עובדות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שטחה של יוון היה מתאים לחקלאות נרחבת.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שלושת הגידולים החשובים ביוון היו זיתים, ענבים ודגנים.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יוון העתיקה: הארץ, הפוליס, ספרטה ואתונה – השלמות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בלב הפוליס עמדו שני מרכזים: האקרופוליס וה__________ – כיכר השוק והמפגש.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שלטו שני מלכים ומועצת זקנים, ורק מעטים קיבלו החלטות.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יוון העתיקה: הארץ, הפוליס, ספרטה ואתונה – השוואת ספרטה ואתונה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שני מלכים ומועצת זקנים שולטים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אספת העם מחליטה –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הכי חשוב: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הכי חשוב: מסחר, אמנות ופילוסופיה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אתונה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בריאת העולם והאלים: מכאוס לאולימפוס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קיים לפי המיתוס לפני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כאוס – חלל ריק וחשוך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הייתה גאיה?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האדמה, אם 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אשתו של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בלע את ילדיו מפחד שידיחו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קרונוס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בריאת העולם והאלים: מכאוס לאולימפוס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פרומתאוס גנב מהאלים את ה__________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בעונשו, על אטלס לשאת את כיפת ה__________ על כתפיו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בריאת העולם והאלים: מכאוס לאולימפוס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נושא את השמים בעונש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שלט בעולם התחתון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שלט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שלט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שנים עשר האלים האולימפיים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זאוס הוא אל...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השמים, הברק והרעם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אלת החוכמה, המלאכה והאסטרטגיה?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שנים עשר האלים האולימפיים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פוסידון הוא אל הים, רעידות האדמה והסוסים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שנים עשר האלים האולימפיים – התאמת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מינרווה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נפטון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שנים עשר האלים האולימפיים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אלת הציד, הירח וחיות הבר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האל שסמלו הוא קלשון (טריאינה)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סיפורים ומטמורפוזות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התכונה הבולטת של אקו לפני העונש שקיבלה מהרה?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אהבה לדבר ולפטפט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גאווה ביופייה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הייתה ארכנה מוכשרת באופן יוצא דופן?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פיסול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ממה בנה דדלוס את הכנפיים שלו ושל 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נוצות, חוטים ושעווה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סיפורים ומטמורפוזות – התאמת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שמו ניתן לים שבו צנח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הפכה לעכביש שאורג לנצח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הפך לפרח לבן־צהוב ליד המעיין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נשאר ממנה רק קול – הד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סיפורים ומטמורפוזות – הבנה, מסר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דדלוס הזהיר את איקרוס לטוס ב__________ – לא גבוה ולא נמוך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מילים וביטויים מהמיתולוגיה בעברית ובחיי היומיום – מניין הגיעו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מניין מגיע הביטוי 'נרקיסיזם'?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נרקיס שהתאהב בבבואתו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אתנה שארגה בד מופלא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אכילס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הביטוי 'עקב אכילס'?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הצלחה בכל דבר שנוגעים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נקודת התורפה, המקום החלש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בהלה פתאומית וחזקה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מניין מגיע הביטוי 'פאניקה'?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האל פאן שהבהיל עוברי אורח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זאוס מלך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הטיטאן אטלס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מהו מיתוס ולתת שתי דוגמאות לתפקידיו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לשייך לפחות שישה אלים אולימפיים לתחום האחריות ולסמל שלהם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המיתולוגיה היוונית: אלים, גיבורים ומטמורפוזות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