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המיתולוגיה היוונית: אלים, גיבורים ומטמורפוזות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של המיתולוגיה היוונית ואת תפקידי המיתוס בתרבות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הרקע הגאוגרפי-היסטורי של יוון העתיקה ואת ההבדלים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האלים האולימפיים, הסיפורים המרכזיים והמטמורפוזות שבהם ואת המסרים שהם מעבירים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המיתוסים לביטויים עבריים נפוצים ולהשתמש בהם נכון בהקשר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מיתולוגיה ומאיפה היא מגיעה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שמנסה להסביר את העולם ולהעביר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הסיודוס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אמונה באלים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מיתולוגיה ומאיפה היא מגיעה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מיתוסים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מונותיאיזם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מיתולוגיה ומאיפה היא מגיעה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הסיפורים עברו מפה לאוזן במשך דורות רבים לפני שנכתבו, ולכן השתנו מעט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תופעות טבע (למשל הד), לימוד ערכים (למשל עונש על יוהרה), וחיבור בין אנשים (למשל המשחקים האולימפיים)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פוליתיאיזם הוא אמונה באלים רבים כמו ביוון העתיקה, ומונותיאיזם הוא אמונה באל אחד כמו ביהדות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יש לכלול תופעת טבע ברורה ודמות או דמויות שמסבירות אותה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יוון העתיקה: הארץ, הפוליס, ספרטה ואתונה – היכרות עם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הררי, עם מעט אדמה לחקלאות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הים היה קרוב כמעט לכל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עיר־מדינה עצמאית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יוון העתיקה: הארץ, הפוליס, ספרטה ואתונה – עובדות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השטח הררי, ורק מעט אדמה הייתה מתאימה לחקלאות.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היו הגידולים המרכזיים – לשמן, יין ולחם.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עיר־מדינה הייתה עצמאית לגמרי.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נשים, עבדים וזרים לא השתתפו בשלטון באתונה.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יוון העתיקה: הארץ, הפוליס, ספרטה ואתונה – השלמות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יוון העתיקה: הארץ, הפוליס, ספרטה ואתונה – השוואת ספרטה ואתונה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(ספרטה)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בריאת העולם והאלים: מכאוס לאולימפוס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כאוס – חלל ריק וחשוך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האדמה, אם כל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באי כרתים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בריאת העולם והאלים: מכאוס לאולימפוס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בריאת העולם והאלים: מכאוס לאולימפוס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(שלט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(שלט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(שלט בעולם התחתון)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(נושא את השמים בעונש)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(יצר את האדם מטיט)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שנים עשר האלים האולימפיים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השמים, הברק והרעם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שנים עשר האלים האולימפיים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של פוסידון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הטקסט ארס הוא בן זאוס והרה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שנים עשר האלים האולימפיים – התאמת שמות יווניים לרומיים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(נפטון)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(מינרווה)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שנים עשר האלים האולימפיים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ארטמיס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פוסידון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אפרודיטה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סיפורים ומטמורפוזות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 לדבר ולפטפט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שכל מה שיגע בו יהפוך לזהב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סיפורים ומטמורפוזות – התאמת דמות למטמורפוזה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(הפך לפרח לבן־צהוב ליד המעיין)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(נשאר ממנה רק קול – 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(הפכה לעכביש שאורג לנצח)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(שמו ניתן לים שבו צנח)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(קיבל כוח שכל מגע שלו הופך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(נענש על שגנב אש לבני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סיפורים ומטמורפוזות – הבנה, מסר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דרך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מילים וביטויים מהמיתולוגיה בעברית ובחיי היומיום – מניין הגיעו הביטויים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נרקיס שהתאהב בבבואתו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נקודת התורפה, המקום החלש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האל פאן שהבהיל עוברי אורח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מעשה שמשחרר שרשרת בעיות שקשה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מהטיטאן שנושא את כיפת השמים על כתפיו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הגדרה ברורה של מיתוס ושני תפקידים שונים מתוך השלושה (הסבר טבע, ערכים, ליכוד)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התאמה נכונה בין אל לתחום ולסמל, כולל קשר משפחתי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את מקור הביטוי במיתוס ונותנת דוגמה הגיונית מהחיים, לא רק הגדרה יבשה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 1-2 במפגש אחד, פרק 3-4 בשני, פרק 5-6 בשלישי, עם משחק סיכום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טבלת האלים כעזר קבוע בזמן התרגול בפרק 4 ו-6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כתיבה יצירתית - סוף אחר לאחד הסיפורים, או ביטוי עברי חדש שהיו ממציאים ממיתוס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והקראה הדדית של הסיפורים בפרק 5 לפני מילוי שאלות הניתוח, כדי לחזק הבנה לפני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המיתולוגיה היוונית: אלים, גיבורים ומטמורפוזות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פרקים. עובדים לפי הסדר, פרק אחרי פרק. בכל פרק יש שאלות קצרות ומשימות. בסוף כל פרק אפשר לבדוק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שמסביר את העולם ומעביר ערכים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פוליתיאיזם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באלים רבים, כמו ביוון העתיקה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עיר-מדינה עצמאית ביוון העתיקה, כמו ספרטה או אתונה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אקרופוליס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גבעה מבוצרת במרכז הפוליס עם מקדשים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כיכר השוק והמפגש במרכז הפוליס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הענקים שקדם לאלי האולימפוס, בהם קרונוס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 של דמות - מאדם לפרח, לעכביש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היבריס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יוהרה או גאווה מוגזמת שמביאה לעונש מהאלים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אובידיוס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משורר רומי שכתב את ספר מטמורפוזות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הסיודוס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משורר יווני שכתב על בריאת העולם ומשפחת האלים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מיתולוגיה ומאיפה היא מגיעה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מגדירים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עתיק שמנסה להסביר את העולם ולהעביר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 על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שירי הגבורה הידועים?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על בריאת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הזו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באלים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עבודת 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מיתולוגיה ומאיפה היא מגיעה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מיתולוגיה פירושה אוסף כל ה__________ של עם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אובידיוס היה משורר __________ שכתב את ״מטמורפוזות״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היהדות מאמינה באל אחד, ולכן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הסיודוס כתב ספר בשם ״תולדות ה__________״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מיתולוגיה ומאיפה היא מגיעה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לאותו מיתוס יש כמה גרסאות שונות? הסבירו בשתיים-שלוש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הטקסט, מהם שלושת התפקידים של המיתוס? תנו דוגמה אחת לכל תפקיד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בעצמכם מה ההבדל בין פוליתיאיזם למונותיאיזם, עם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בשלוש שורות: איזו תופעת טבע הייתם רוצים להסביר בעזרת סיפור, ומי הדמויות בסיפור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יוון העתיקה: הארץ, הפוליס, ספרטה ואתונה – היכרות עם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רוב השטח ביוון?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מישורי וביצתי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הררי, עם מעט אדמה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אחד גדול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עזר ליוונים להפליג 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היו הרים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הים היה קרוב כמעט לכל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היה לגדל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היה להם מספיק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פוליס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 ביוון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עיר־מדינה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אל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ספינת מסחר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יוון העתיקה: הארץ, הפוליס, ספרטה ואתונה – עובדות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שטחה של יוון היה מתאים לחקלאות נרחבת.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הגידולים החשובים ביוון היו זיתים, ענבים ודגנים.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פוליס היו חוקים, צבא ומטבע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באתונה כל התושבים, כולל נשים ועבדים, השתתפו בשלטון.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יוון העתיקה: הארץ, הפוליס, ספרטה ואתונה – השלמות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בלב הפוליס עמדו שני מרכזים: האקרופוליס וה__________ – כיכר השוק והמפגש.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שלטו שני מלכים ומועצת זקנים, ורק מעטים קיבלו החלטות.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באתונה שלטה __________ – אספת האזרחים הייתה זו שהחליטה.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יוון העתיקה: הארץ, הפוליס, ספרטה ואתונה – השוואת ספרטה ואתונה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שני מלכים ומועצת זקנים שולטים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אספת העם מחליטה –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הכי חשוב: צבא, משמעת וכוח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הכי חשוב: מסחר, אמנות ופילוסופיה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ההילוטים עבדו בשדות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בריאת העולם והאלים: מכאוס לאולימפוס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שם בהתחלה, לפני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כאוס – חלל ריק וחשוך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זו גאיה במיתוס?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האדמה, אם כל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אשתו של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נימפה שהפכה להד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פחד מילדיו ובלע אותם?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זאוס הוסתר כתינוק?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 כרתים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בעולם התחתון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מערה בספרטה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בריאת העולם והאלים: מכאוס לאולימפוס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פרומתאוס גנב מהאלים את ה__________ ונתן אותה לבני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בעונשו, על אטלס לשאת את כיפת ה__________ על כתפיו לנצח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זאוס, פוסידון והאדס הם אחים, בני קרונוס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בריאת העולם והאלים: מכאוס לאולימפוס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שלט בעולם התחתון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נושא את השמים בעונש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שלט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יצר את האדם מטיט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שלט בשמים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שנים עשר האלים האולימפיים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שולט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השמים, הברק והרעם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אלה חכמה ולוחמת?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שנים עשר האלים האולימפיים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פוסידון הוא אל הים, רעידות האדמה והסוסים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ארס הוא בנם של זאוס והרה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שנים עשר האלים האולימפיים – התאמת שמות יווניים לרומיים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מינרווה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נפטון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שנים עשר האלים האולימפיים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אלת הציד, הירח וחיות הבר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 שסמלו הוא קלשון (טריאינה)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האלה שלפי סיפור אחד נולדה מקצף הים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סיפורים ומטמורפוזות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הייתה אקו לפני העונש?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לדבר ולפטפט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גאווה ביופייה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ארכנה ידעה לעשות טוב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פיסול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מאילו חומרים נבנו הכנפיים?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ומשי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נוצות, חוטים ושעווה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וברזל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משאלתו של מידס?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שיהיה הכי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מה שיגע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שיוכל לעוף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שיהיה בן אלמוות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סיפורים ומטמורפוזות – התאמת דמות למטמורפוזה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נשאר ממנה רק קול – הד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נענש על שגנב אש לבני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הפך לפרח לבן־צהוב ליד המעיין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קיבל כוח שכל מגע שלו הופך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הפכה לעכביש שאורג לנצח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שמו ניתן לים שבו צנח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סיפורים ומטמורפוזות – הבנה, מסר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דדלוס הזהיר את איקרוס לטוס ב__________ – לא גבוה ולא נמוך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בתחתית הכד של פנדורה, אחרי שכל הצרות יצאו, נשארה רק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מילים וביטויים מהמיתולוגיה בעברית ובחיי היומיום – מניין הגיעו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ממי לקוח הביטוי נרקיסיזם?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נרקיס שהתאהב בבבואתו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 שארגה בד מופלא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אכילס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פנדורה שפתחה כד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עקב אכילס?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הצלחה בכל דבר שנוגעים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 התורפה, המקום החלש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בהלה פתאומית וחזקה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קשה שאינה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האל שעל שמו נקראת פאניקה?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 פאן שהבהיל עוברי אורח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 מלך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הטיטאן אטלס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המוזות, אלות ההשראה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כשפותחים תיבת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מתנה נעימה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שמשחרר שרשרת בעיות שקשה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שחוזר על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שם מי נקרא ספר המפות אטלס?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מהטיטאן שנושא את כיפת השמים על כתפיו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מפוסידון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מאפרודיטה אלת היופי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מהמלך מידס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מהו מיתוס ולתת שתי דוגמאות לתפקידיו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לשייך לפחות שישה אלים אולימפיים לתחום האחריות ולסמל שלהם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שלושה ביטויים עבריים שמקורם במיתולוגיה ולהשתמש בהם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המיתולוגיה היוונית: אלים, גיבורים ומטמורפוזות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