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המיתולוגיה היוונית: אלים, גיבורים ומטמורפוזות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המושגים המרכזיים של המיתולוגיה היוונית ואת תפקידי המיתוס בתרבות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הרקע הגאוגרפי-היסטורי של יוון העתיקה ואת ההבדלים בין ספרטה לאתונה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האלים האולימפיים, הסיפורים המרכזיים והמטמורפוזות שבהם ואת המסרים שהם מעבירים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המיתוסים לביטויים עבריים נפוצים ולהשתמש בהם נכון בהקשר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מיתולוגיה ומאיפה היא מגיעה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סיפור עתיק שמנסה להסביר את העולם ולהעביר 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הומרוס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הסיודוס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אמונה באלים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מיתולוגיה ומאיפה היא מגיעה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מיתוסים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מונותיאיזם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מיתולוגיה ומאיפה היא מגיעה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הסיפורים עברו מפה לאוזן במשך דורות רבים לפני שנכתבו, ולכן השתנו מעט בכל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תופעות טבע (למשל הד), לימוד ערכים (למשל עונש על יוהרה), וחיבור בין אנשים (למשל המשחקים האולימפיים)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פוליתיאיזם הוא אמונה באלים רבים כמו ביוון העתיקה, ומונותיאיזם הוא אמונה באל אחד כמו ביהדות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- יש לכלול תופעת טבע ברורה ודמות או דמויות שמסבירות אותה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יוון העתיקה: הארץ, הפוליס, ספרטה ואתונה – היכרות עם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הררי, עם מעט אדמה לחקלאות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הים היה קרוב כמעט לכל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עיר־מדינה עצמאית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יוון העתיקה: הארץ, הפוליס, ספרטה ואתונה – עובדות ופרטים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השטח הררי, ורק מעט אדמה הייתה מתאימה לחקלאות.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היו הגידולים המרכזיים – לשמן, יין ולחם.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עיר־מדינה הייתה עצמאית לגמרי.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נשים, עבדים וזרים לא השתתפו בשלטון באתונה.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יוון העתיקה: הארץ, הפוליס, ספרטה ואתונה – השלמות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דמוקרטיה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יוון העתיקה: הארץ, הפוליס, ספרטה ואתונה – השוואת ספרטה ואתונה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(ספרטה)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(אתונה)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(ספרטה)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(אתונה)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(ספרטה)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בריאת העולם והאלים: מכאוס לאולימפוס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כאוס – חלל ריק וחשוך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האדמה, אם כל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קרונוס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באי כרתים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בריאת העולם והאלים: מכאוס לאולימפוס – השלמת משפטים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בריאת העולם והאלים: מכאוס לאולימפוס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(שלט בשמים)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(שלט 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(שלט בעולם התחתון)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(נושא את השמים בעונש)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(יצר את האדם מטיט)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שנים עשר האלים האולימפיים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השמים, הברק והרעם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אתנה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שנים עשר האלים האולימפיים – עובדות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בתיאור של פוסידון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לפי הטקסט ארס הוא בן זאוס והרה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שנים עשר האלים האולימפיים – התאמת שמות יווניים לרומיים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(יופיטר)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(יונו)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(נפטון)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(מינרווה)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שנים עשר האלים האולימפיים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ארטמיס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פוסידון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אפרודיטה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סיפורים ומטמורפוזות – זיהוי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אהבה לדבר ולפטפט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אריגה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נוצות, חוטים ושעווה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שכל מה שיגע בו יהפוך לזהב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סיפורים ומטמורפוזות – התאמת דמות למטמורפוזה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(הפך לפרח לבן־צהוב ליד המעיין)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(נשאר ממנה רק קול – הד)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(הפכה לעכביש שאורג לנצח)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(שמו ניתן לים שבו צנח)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(קיבל כוח שכל מגע שלו הופך לזהב)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(נענש על שגנב אש לבני האדם)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סיפורים ומטמורפוזות – הבנה, מסר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דרך האמצע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מילים וביטויים מהמיתולוגיה בעברית ובחיי היומיום – מניין הגיעו הביטויים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נרקיס שהתאהב בבבואתו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נקודת התורפה, המקום החלש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האל פאן שהבהיל עוברי אורח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מעשה שמשחרר שרשרת בעיות שקשה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מהטיטאן שנושא את כיפת השמים על כתפיו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הגדרה ברורה של מיתוס ושני תפקידים שונים מתוך השלושה (הסבר טבע, ערכים, ליכוד)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התאמה נכונה בין אל לתחום ולסמל, כולל קשר משפחתי אחד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מסבירה את מקור הביטוי במיתוס ונותנת דוגמה הגיונית מהחיים, לא רק הגדרה יבשה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לשלושה-ארבעה מפגשים: פרק 1-2 במפגש אחד, פרק 3-4 בשני, פרק 5-6 בשלישי, עם משחק סיכום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את טבלת האלים כעזר קבוע בזמן התרגול בפרק 4 ו-6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משימת כתיבה יצירתית - סוף אחר לאחד הסיפורים, או ביטוי עברי חדש שהיו ממציאים ממיתוס 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קריאה בקול והקראה הדדית של הסיפורים בפרק 5 לפני מילוי שאלות הניתוח, כדי לחזק הבנה לפני 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המיתולוגיה היוונית: אלים, גיבורים ומטמורפוזות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שישה פרקים שהולכים יחד עם אתר המיתולוגיה היוונית - התחילו מהפרק הראשון והתקדמו בסדר. בכל פרק יש שאלות הבנה, משימות התאמה וכתיבה קצרה. אחרי כל פרק אפשר לבדוק את עצמכם מול מפתח התשובות.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מיתולוגיה ומאיפה היא מגיעה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מיתוס?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שנכתב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עתיק שמנסה להסביר את העולם ולהעביר 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חוקים של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בעיתון על 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כתב שירי גבורה ארוכים בשם ״האיליאדה״ ו״האודיסיאה״?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הסיודוס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אובידיוס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הומרוס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משורר כתב על בריאת העולם ומשפחת האלים בספר ״תולדות האלים״?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הומרוס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הסיודוס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אובידיוס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פרומתאוס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פירוש המילה פוליתיאיזם?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אמונה באל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אמונה באלים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כתיבת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עבודת אדמה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מיתולוגיה ומאיפה היא מגיעה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מיתולוגיה פירושה אוסף כל ה__________ של עם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אובידיוס היה משורר __________ שכתב את ״מטמורפוזות״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היהדות מאמינה באל אחד, ולכן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הסיודוס כתב ספר בשם ״תולדות ה__________״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מיתולוגיה ומאיפה היא מגיעה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לאותו מיתוס יש כמה גרסאות שונות? הסבירו בשתיים-שלוש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הטקסט, מהם שלושת התפקידים של המיתוס? תנו דוגמה אחת לכל תפקיד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בעצמכם מה ההבדל בין פוליתיאיזם למונותיאיזם, עם דוגמה אחת מכל סוג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בשלוש שורות: איזו תופעת טבע הייתם רוצים להסביר בעזרת סיפור, ומי הדמויות בסיפור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יוון העתיקה: הארץ, הפוליס, ספרטה ואתונה – היכרות עם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אפשר לתאר את רוב שטחה של יוון העתיקה?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מישורי וביצתי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הררי, עם מעט אדמה לחקלאות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מדברי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אחד גדול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הפכו היוונים לספנים, דייגים וסוחרים?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לא היו הרים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הים היה קרוב כמעט לכל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היה לגדל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לא היה להם מספיק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"פוליס"?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גבוה ביוון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עיר־מדינה עצמאית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אל יווני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ספינת מסחר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יוון העתיקה: הארץ, הפוליס, ספרטה ואתונה – עובדות ופרטים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שטחה של יוון היה מתאים לחקלאות נרחבת.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שלושת הגידולים החשובים ביוון היו זיתים, ענבים ודגנים.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פוליס היו חוקים, צבא ומטבע 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באתונה כל התושבים, כולל נשים ועבדים, השתתפו בשלטון.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יוון העתיקה: הארץ, הפוליס, ספרטה ואתונה – השלמות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בלב הפוליס עמדו שני מרכזים: האקרופוליס וה__________ – כיכר השוק והמפגש.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ב__________ שלטו שני מלכים ומועצת זקנים, ורק מעטים קיבלו החלטות.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באתונה שלטה __________ – אספת האזרחים הייתה זו שהחליטה.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יוון העתיקה: הארץ, הפוליס, ספרטה ואתונה – השוואת ספרטה ואתונה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שני מלכים ומועצת זקנים שולטים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ספרטה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אספת העם מחליטה – דמוקרטיה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הכי חשוב: צבא, משמעת וכוח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אתונה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הכי חשוב: מסחר, אמנות ופילוסופיה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אתונה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ההילוטים עבדו בשדות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בריאת העולם והאלים: מכאוס לאולימפוס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קיים לפי המיתוס לפני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כאוס – חלל ריק וחשוך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האולימפוס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צבא הטיטאנים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הייתה גאיה?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אלת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האדמה, אם כל 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אשתו של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נימפה שהפכה להד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בלע את ילדיו מפחד שידיחו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פרומתאוס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הסתירה ריאה את התינוק זאוס?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בהר האולימפוס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באי כרתים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בעולם התחתון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בתוך מערה בספרטה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בריאת העולם והאלים: מכאוס לאולימפוס – השלמת משפטים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פרומתאוס גנב מהאלים את ה__________ ונתן אותה לבני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בעונשו, על אטלס לשאת את כיפת ה__________ על כתפיו לנצח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זאוס, פוסידון והאדס הם אחים, בני קרונוס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בריאת העולם והאלים: מכאוס לאולימפוס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יצר את האדם מטיט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פוסידון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שלט בשמים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שלט 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אטלס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שלט בעולם התחתון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פרומתאוס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נושא את השמים בעונש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שנים עשר האלים האולימפיים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זאוס הוא אל...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השמים, הברק והרעם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החוכמה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אלת החוכמה, המלאכה והאסטרטגיה?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אפרודיטה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דמטר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שנים עשר האלים האולימפיים – עובדות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פוסידון הוא אל הים, רעידות האדמה והסוסים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ארס הוא בנם של זאוס והרה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שנים עשר האלים האולימפיים – התאמת שמות יווניים לרומיים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נפטון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יופיטר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פוסידון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מינרווה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שנים עשר האלים האולימפיים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אלת הציד, הירח וחיות הבר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האל שסמלו הוא קלשון (טריאינה)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האלה שלפי סיפור אחד נולדה מקצף הים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סיפורים ומטמורפוזות – זיהוי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הייתה התכונה הבולטת של אקו לפני העונש שקיבלה מהרה?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אהבה לדבר ולפטפט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שתיקה מוחלטת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גאווה ביופייה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חמדנות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הייתה ארכנה מוכשרת באופן יוצא דופן?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פיסול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ממה בנה דדלוס את הכנפיים שלו ושל איקרוס?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 ומשי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 דפנה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נוצות, חוטים ושעווה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וברזל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ביקש המלך מידס מהאל דיוניסוס?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שיהיה הכי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 מה שיגע בו יהפוך לזהב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שיוכל לעוף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שיהיה בן אלמוות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סיפורים ומטמורפוזות – התאמת דמות למטמורפוזה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נרקיס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הפכה לעכביש שאורג לנצח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נענש על שגנב אש לבני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ארכנה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שמו ניתן לים שבו צנח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איקרוס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קיבל כוח שכל מגע שלו הופך לזהב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הפך לפרח לבן־צהוב ליד המעיין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פרומתאוס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נשאר ממנה רק קול – הד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סיפורים ומטמורפוזות – הבנה, מסר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דדלוס הזהיר את איקרוס לטוס ב__________ – לא גבוה ולא נמוך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בתחתית הכד של פנדורה, אחרי שכל הצרות יצאו, נשארה רק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מילים וביטויים מהמיתולוגיה בעברית ובחיי היומיום – מניין הגיעו הביטויים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מניין מגיע הביטוי 'נרקיסיזם'?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נרקיס שהתאהב בבבואתו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אתנה שארגה בד מופלא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אכילס הגיבור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פנדורה שפתחה כד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הביטוי 'עקב אכילס'?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הצלחה בכל דבר שנוגעים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נקודת התורפה, המקום החלש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בהלה פתאומית וחזקה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עבודה קשה שאינה נגמרת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מניין מגיע הביטוי 'פאניקה'?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האל פאן שהבהיל עוברי אורח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זאוס מלך האלים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הטיטאן אטלס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המוזות, אלות ההשראה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פירוש הביטוי 'תיבת פנדורה'?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מתנה נעימה ומפתיעה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מעשה שמשחרר שרשרת בעיות שקשה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קול שחוזר על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מפות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מניין הגיעה המילה 'אטלס' (ספר מפות)?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מהטיטאן שנושא את כיפת השמים על כתפיו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מפוסידון אל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מאפרודיטה אלת היופי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מהמלך מידס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מהו מיתוס ולתת שתי דוגמאות לתפקידיו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לשייך לפחות שישה אלים אולימפיים לתחום האחריות ולסמל שלהם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להסביר שלושה ביטויים עבריים שמקורם במיתולוגיה ולהשתמש בהם במשפט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המיתולוגיה היוונית: אלים, גיבורים ומטמורפוזות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